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Checklist para Crear una Identidad Visual Coherente</w:t>
      </w:r>
    </w:p>
    <w:p>
      <w:r>
        <w:t>Esta checklist te ayudará a asegurarte de que tu marca mantiene una coherencia visual en todos los puntos de contacto con tu público.</w:t>
      </w:r>
    </w:p>
    <w:p>
      <w:pPr>
        <w:pStyle w:val="ListBullet"/>
      </w:pPr>
      <w:r>
        <w:t>✔ He definido claramente mi misión, visión y valores de marca.</w:t>
      </w:r>
    </w:p>
    <w:p>
      <w:pPr>
        <w:pStyle w:val="ListBullet"/>
      </w:pPr>
      <w:r>
        <w:t>✔ Conozco bien a mi cliente ideal y su estilo de vida.</w:t>
      </w:r>
    </w:p>
    <w:p>
      <w:pPr>
        <w:pStyle w:val="ListBullet"/>
      </w:pPr>
      <w:r>
        <w:t>✔ Tengo una paleta de colores definida (3-5 colores máximos).</w:t>
      </w:r>
    </w:p>
    <w:p>
      <w:pPr>
        <w:pStyle w:val="ListBullet"/>
      </w:pPr>
      <w:r>
        <w:t>✔ Uso 1 o 2 tipografías principales de forma consistente.</w:t>
      </w:r>
    </w:p>
    <w:p>
      <w:pPr>
        <w:pStyle w:val="ListBullet"/>
      </w:pPr>
      <w:r>
        <w:t>✔ Las imágenes que uso tienen un estilo coherente (colores, luz, tipo).</w:t>
      </w:r>
    </w:p>
    <w:p>
      <w:pPr>
        <w:pStyle w:val="ListBullet"/>
      </w:pPr>
      <w:r>
        <w:t>✔ Mis redes sociales, web, facturas y presentaciones siguen la misma estética.</w:t>
      </w:r>
    </w:p>
    <w:p>
      <w:pPr>
        <w:pStyle w:val="ListBullet"/>
      </w:pPr>
      <w:r>
        <w:t>✔ Tengo un logotipo y versiones adaptadas (horizontal, vertical, icono solo).</w:t>
      </w:r>
    </w:p>
    <w:p>
      <w:pPr>
        <w:pStyle w:val="ListBullet"/>
      </w:pPr>
      <w:r>
        <w:t>✔ Utilizo los mismos iconos o estilo de iconografía en todas mis comunicaciones.</w:t>
      </w:r>
    </w:p>
    <w:p>
      <w:pPr>
        <w:pStyle w:val="ListBullet"/>
      </w:pPr>
      <w:r>
        <w:t>✔ Mi feed de Instagram y diseño web mantienen armonía visual.</w:t>
      </w:r>
    </w:p>
    <w:p>
      <w:pPr>
        <w:pStyle w:val="ListBullet"/>
      </w:pPr>
      <w:r>
        <w:t>✔ Sé cuándo es momento de pedir ayuda a un diseñador profesional.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